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pPr>
      <w:r>
        <w:rPr>
          <w:rFonts w:ascii="Noto Sans" w:hAnsi="Noto Sans" w:eastAsia="Noto Sans"/>
          <w:b/>
          <w:color w:val="1B365D"/>
          <w:sz w:val="40"/>
        </w:rPr>
        <w:t>BÙI HỮU ĐOÀN</w:t>
      </w:r>
    </w:p>
    <w:p>
      <w:pPr>
        <w:spacing w:after="40"/>
        <w:jc w:val="center"/>
      </w:pPr>
      <w:r>
        <w:rPr>
          <w:rFonts w:ascii="Noto Sans" w:hAnsi="Noto Sans" w:eastAsia="Noto Sans"/>
          <w:b/>
          <w:color w:val="365F91"/>
          <w:sz w:val="21"/>
        </w:rPr>
        <w:t>Senior Flutter Engineer | Senior Mobile Engineer</w:t>
      </w:r>
    </w:p>
    <w:p>
      <w:pPr>
        <w:spacing w:after="80"/>
        <w:jc w:val="center"/>
        <w:pBdr>
          <w:bottom w:val="single" w:sz="6" w:space="1" w:color="DCE4EF"/>
        </w:pBdr>
      </w:pPr>
      <w:r>
        <w:rPr>
          <w:rFonts w:ascii="Noto Sans" w:hAnsi="Noto Sans" w:eastAsia="Noto Sans"/>
          <w:color w:val="5F5F5F"/>
          <w:sz w:val="17"/>
        </w:rPr>
        <w:t>Hà Nội, Việt Nam  |  +84 989 006 188  |  doanbh28@gmail.com</w:t>
      </w:r>
    </w:p>
    <w:p>
      <w:pPr>
        <w:spacing w:before="80" w:after="40"/>
      </w:pPr>
      <w:r>
        <w:rPr>
          <w:rFonts w:ascii="Noto Sans" w:hAnsi="Noto Sans" w:eastAsia="Noto Sans"/>
          <w:b/>
          <w:color w:val="1B365D"/>
          <w:sz w:val="20"/>
        </w:rPr>
        <w:t>TÓM TẮT CHUYÊN MÔN</w:t>
      </w:r>
    </w:p>
    <w:p>
      <w:pPr>
        <w:spacing w:after="40"/>
      </w:pPr>
      <w:r>
        <w:rPr>
          <w:rFonts w:ascii="Noto Sans" w:hAnsi="Noto Sans" w:eastAsia="Noto Sans"/>
          <w:i w:val="0"/>
          <w:sz w:val="18"/>
        </w:rPr>
        <w:t>Senior Mobile Engineer với hơn 9 năm kinh nghiệm phát triển phần mềm và hơn 7 năm làm Flutter production. Có khả năng làm chủ sâu toàn bộ vòng đời kỹ thuật mobile: kiến trúc Flutter, triển khai tính năng phức tạp, tích hợp native Android/iOS, hệ thống realtime, IoT/BLE, tối ưu hiệu năng, CI/CD, phát hành store và xử lý sự cố production. Hiện tập trung phát triển sản phẩm tại OXII/Karofi, trong đó có Karofi 365 (K365) với hơn 50.000 người dùng và nền tảng doanh nghiệp OxiiWork.</w:t>
      </w:r>
    </w:p>
    <w:p>
      <w:pPr>
        <w:spacing w:after="40"/>
      </w:pPr>
      <w:r>
        <w:rPr>
          <w:rFonts w:ascii="Noto Sans" w:hAnsi="Noto Sans" w:eastAsia="Noto Sans"/>
          <w:i w:val="0"/>
          <w:sz w:val="18"/>
        </w:rPr>
        <w:t>Có kinh nghiệm product engineering trong IoT, khối văn phòng/HR, chat realtime, mạng xã hội/video ngắn, thương mại điện tử xuyên biên giới, logistics và chuyển đổi số doanh nghiệp. Sử dụng Claude Code, OpenAI Codex, Cursor và Antigravity như công cụ AI-assisted engineering để tăng tốc triển khai, debug, refactor và khám phá codebase, đồng thời vẫn trực tiếp chịu trách nhiệm về kiến trúc, review và quyết định kỹ thuật.</w:t>
      </w:r>
    </w:p>
    <w:p>
      <w:pPr>
        <w:spacing w:before="80" w:after="40"/>
      </w:pPr>
      <w:r>
        <w:rPr>
          <w:rFonts w:ascii="Noto Sans" w:hAnsi="Noto Sans" w:eastAsia="Noto Sans"/>
          <w:b/>
          <w:color w:val="1B365D"/>
          <w:sz w:val="20"/>
        </w:rPr>
        <w:t>NĂNG LỰC FLUTTER &amp; MOBILE CỐT LÕI</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5102"/>
        <w:gridCol w:w="5102"/>
      </w:tblGrid>
      <w:tr>
        <w:tc>
          <w:tcPr>
            <w:tcW w:type="dxa" w:w="5102"/>
            <w:tcMar>
              <w:top w:w="30" w:type="dxa"/>
              <w:start w:w="0" w:type="dxa"/>
              <w:bottom w:w="30" w:type="dxa"/>
              <w:end w:w="120" w:type="dxa"/>
            </w:tcMar>
            <w:vAlign w:val="top"/>
          </w:tcPr>
          <w:p>
            <w:pPr>
              <w:spacing w:after="0"/>
            </w:pPr>
            <w:r>
              <w:rPr>
                <w:rFonts w:ascii="Noto Sans" w:hAnsi="Noto Sans" w:eastAsia="Noto Sans"/>
                <w:b/>
                <w:color w:val="1B365D"/>
                <w:sz w:val="17"/>
              </w:rPr>
              <w:t xml:space="preserve">Flutter: </w:t>
            </w:r>
            <w:r>
              <w:rPr>
                <w:rFonts w:ascii="Noto Sans" w:hAnsi="Noto Sans" w:eastAsia="Noto Sans"/>
                <w:sz w:val="17"/>
              </w:rPr>
              <w:t>Dart, BLoC/Cubit, Riverpod, Provider, GetIt, go_router, Dio, Freezed</w:t>
            </w:r>
          </w:p>
        </w:tc>
        <w:tc>
          <w:tcPr>
            <w:tcW w:type="dxa" w:w="5102"/>
            <w:tcMar>
              <w:top w:w="30" w:type="dxa"/>
              <w:start w:w="0" w:type="dxa"/>
              <w:bottom w:w="30" w:type="dxa"/>
              <w:end w:w="0" w:type="dxa"/>
            </w:tcMar>
            <w:vAlign w:val="top"/>
          </w:tcPr>
          <w:p>
            <w:pPr>
              <w:spacing w:after="0"/>
            </w:pPr>
            <w:r>
              <w:rPr>
                <w:rFonts w:ascii="Noto Sans" w:hAnsi="Noto Sans" w:eastAsia="Noto Sans"/>
                <w:b/>
                <w:color w:val="1B365D"/>
                <w:sz w:val="17"/>
              </w:rPr>
              <w:t xml:space="preserve">Kiến trúc: </w:t>
            </w:r>
            <w:r>
              <w:rPr>
                <w:rFonts w:ascii="Noto Sans" w:hAnsi="Noto Sans" w:eastAsia="Noto Sans"/>
                <w:sz w:val="17"/>
              </w:rPr>
              <w:t>Clean Architecture, feature-first/modular, Repository Pattern, DI, reusable components</w:t>
            </w:r>
          </w:p>
        </w:tc>
      </w:tr>
      <w:tr>
        <w:tc>
          <w:tcPr>
            <w:tcW w:type="dxa" w:w="5102"/>
            <w:tcMar>
              <w:top w:w="30" w:type="dxa"/>
              <w:start w:w="0" w:type="dxa"/>
              <w:bottom w:w="30" w:type="dxa"/>
              <w:end w:w="120" w:type="dxa"/>
            </w:tcMar>
            <w:vAlign w:val="top"/>
          </w:tcPr>
          <w:p>
            <w:pPr>
              <w:spacing w:after="0"/>
            </w:pPr>
            <w:r>
              <w:rPr>
                <w:rFonts w:ascii="Noto Sans" w:hAnsi="Noto Sans" w:eastAsia="Noto Sans"/>
                <w:b/>
                <w:color w:val="1B365D"/>
                <w:sz w:val="17"/>
              </w:rPr>
              <w:t xml:space="preserve">Data &amp; Realtime: </w:t>
            </w:r>
            <w:r>
              <w:rPr>
                <w:rFonts w:ascii="Noto Sans" w:hAnsi="Noto Sans" w:eastAsia="Noto Sans"/>
                <w:sz w:val="17"/>
              </w:rPr>
              <w:t>REST API, WebSocket, Isar, Hive, SQLite, offline/cache, pagination</w:t>
            </w:r>
          </w:p>
        </w:tc>
        <w:tc>
          <w:tcPr>
            <w:tcW w:type="dxa" w:w="5102"/>
            <w:tcMar>
              <w:top w:w="30" w:type="dxa"/>
              <w:start w:w="0" w:type="dxa"/>
              <w:bottom w:w="30" w:type="dxa"/>
              <w:end w:w="0" w:type="dxa"/>
            </w:tcMar>
            <w:vAlign w:val="top"/>
          </w:tcPr>
          <w:p>
            <w:pPr>
              <w:spacing w:after="0"/>
            </w:pPr>
            <w:r>
              <w:rPr>
                <w:rFonts w:ascii="Noto Sans" w:hAnsi="Noto Sans" w:eastAsia="Noto Sans"/>
                <w:b/>
                <w:color w:val="1B365D"/>
                <w:sz w:val="17"/>
              </w:rPr>
              <w:t xml:space="preserve">Mobile Platform: </w:t>
            </w:r>
            <w:r>
              <w:rPr>
                <w:rFonts w:ascii="Noto Sans" w:hAnsi="Noto Sans" w:eastAsia="Noto Sans"/>
                <w:sz w:val="17"/>
              </w:rPr>
              <w:t>native Android/iOS, BLE/Beacon, push notification, deep link, background/device features</w:t>
            </w:r>
          </w:p>
        </w:tc>
      </w:tr>
      <w:tr>
        <w:tc>
          <w:tcPr>
            <w:tcW w:type="dxa" w:w="5102"/>
            <w:tcMar>
              <w:top w:w="30" w:type="dxa"/>
              <w:start w:w="0" w:type="dxa"/>
              <w:bottom w:w="30" w:type="dxa"/>
              <w:end w:w="120" w:type="dxa"/>
            </w:tcMar>
            <w:vAlign w:val="top"/>
          </w:tcPr>
          <w:p>
            <w:pPr>
              <w:spacing w:after="0"/>
            </w:pPr>
            <w:r>
              <w:rPr>
                <w:rFonts w:ascii="Noto Sans" w:hAnsi="Noto Sans" w:eastAsia="Noto Sans"/>
                <w:b/>
                <w:color w:val="1B365D"/>
                <w:sz w:val="17"/>
              </w:rPr>
              <w:t xml:space="preserve">Chất lượng sản phẩm: </w:t>
            </w:r>
            <w:r>
              <w:rPr>
                <w:rFonts w:ascii="Noto Sans" w:hAnsi="Noto Sans" w:eastAsia="Noto Sans"/>
                <w:sz w:val="17"/>
              </w:rPr>
              <w:t>profiling, tối ưu startup/memory, large list, networking/cache, Crashlytics, Analytics</w:t>
            </w:r>
          </w:p>
        </w:tc>
        <w:tc>
          <w:tcPr>
            <w:tcW w:type="dxa" w:w="5102"/>
            <w:tcMar>
              <w:top w:w="30" w:type="dxa"/>
              <w:start w:w="0" w:type="dxa"/>
              <w:bottom w:w="30" w:type="dxa"/>
              <w:end w:w="0" w:type="dxa"/>
            </w:tcMar>
            <w:vAlign w:val="top"/>
          </w:tcPr>
          <w:p>
            <w:pPr>
              <w:spacing w:after="0"/>
            </w:pPr>
            <w:r>
              <w:rPr>
                <w:rFonts w:ascii="Noto Sans" w:hAnsi="Noto Sans" w:eastAsia="Noto Sans"/>
                <w:b/>
                <w:color w:val="1B365D"/>
                <w:sz w:val="17"/>
              </w:rPr>
              <w:t xml:space="preserve">Delivery: </w:t>
            </w:r>
            <w:r>
              <w:rPr>
                <w:rFonts w:ascii="Noto Sans" w:hAnsi="Noto Sans" w:eastAsia="Noto Sans"/>
                <w:sz w:val="17"/>
              </w:rPr>
              <w:t>GitHub Actions (Android), Xcode Cloud (iOS), Firebase, AWS EC2/S3/CloudFront, Linux</w:t>
            </w:r>
          </w:p>
        </w:tc>
      </w:tr>
    </w:tbl>
    <w:p>
      <w:pPr>
        <w:spacing w:before="80" w:after="40"/>
      </w:pPr>
      <w:r>
        <w:rPr>
          <w:rFonts w:ascii="Noto Sans" w:hAnsi="Noto Sans" w:eastAsia="Noto Sans"/>
          <w:b/>
          <w:color w:val="1B365D"/>
          <w:sz w:val="20"/>
        </w:rPr>
        <w:t>KINH NGHIỆM LÀM VIỆC</w:t>
      </w:r>
    </w:p>
    <w:p>
      <w:pPr>
        <w:spacing w:before="70" w:after="0"/>
      </w:pPr>
      <w:r>
        <w:rPr>
          <w:rFonts w:ascii="Noto Sans" w:hAnsi="Noto Sans" w:eastAsia="Noto Sans"/>
          <w:b/>
          <w:color w:val="365F91"/>
          <w:sz w:val="20"/>
        </w:rPr>
        <w:t>Senior Flutter / Mobile Engineer</w:t>
      </w:r>
    </w:p>
    <w:p>
      <w:pPr>
        <w:spacing w:after="24"/>
      </w:pPr>
      <w:r>
        <w:rPr>
          <w:rFonts w:ascii="Noto Sans" w:hAnsi="Noto Sans" w:eastAsia="Noto Sans"/>
          <w:b/>
          <w:color w:val="5F5F5F"/>
          <w:sz w:val="17"/>
        </w:rPr>
        <w:t>OXII Smart Technology JSC | Hà Nội | 01/2023 - Hiện tại</w:t>
      </w:r>
    </w:p>
    <w:p>
      <w:pPr>
        <w:spacing w:after="30"/>
      </w:pPr>
      <w:r>
        <w:rPr>
          <w:rFonts w:ascii="Noto Sans" w:hAnsi="Noto Sans" w:eastAsia="Noto Sans"/>
          <w:b/>
          <w:color w:val="5F5F5F"/>
          <w:sz w:val="17"/>
        </w:rPr>
        <w:t xml:space="preserve">Sản phẩm tiêu biểu: </w:t>
      </w:r>
      <w:hyperlink r:id="rId9">
        <w:r>
          <w:rPr>
            <w:rFonts w:ascii="Noto Sans" w:hAnsi="Noto Sans" w:eastAsia="Noto Sans"/>
            <w:color w:val="365F91"/>
          </w:rPr>
          <w:t>Karofi 365 (K365)</w:t>
        </w:r>
      </w:hyperlink>
      <w:r>
        <w:t xml:space="preserve">  |  </w:t>
      </w:r>
      <w:hyperlink r:id="rId10">
        <w:r>
          <w:rPr>
            <w:rFonts w:ascii="Noto Sans" w:hAnsi="Noto Sans" w:eastAsia="Noto Sans"/>
            <w:color w:val="365F91"/>
          </w:rPr>
          <w:t>Oxii Work</w:t>
        </w:r>
      </w:hyperlink>
      <w:r>
        <w:t xml:space="preserve">  |  </w:t>
      </w:r>
      <w:hyperlink r:id="rId11">
        <w:r>
          <w:rPr>
            <w:rFonts w:ascii="Noto Sans" w:hAnsi="Noto Sans" w:eastAsia="Noto Sans"/>
            <w:color w:val="365F91"/>
          </w:rPr>
          <w:t>OXII portfolio</w:t>
        </w:r>
      </w:hyperlink>
      <w:r>
        <w:t xml:space="preserve">  |  </w:t>
      </w:r>
      <w:hyperlink r:id="rId12">
        <w:r>
          <w:rPr>
            <w:rFonts w:ascii="Noto Sans" w:hAnsi="Noto Sans" w:eastAsia="Noto Sans"/>
            <w:color w:val="365F91"/>
          </w:rPr>
          <w:t>KAROFI portfolio</w:t>
        </w:r>
      </w:hyperlink>
    </w:p>
    <w:p>
      <w:pPr>
        <w:pStyle w:val="ListBullet"/>
      </w:pPr>
      <w:r>
        <w:rPr>
          <w:rFonts w:ascii="Noto Sans" w:hAnsi="Noto Sans" w:eastAsia="Noto Sans"/>
          <w:sz w:val="18"/>
        </w:rPr>
        <w:t>Phụ trách end-to-end nhiều sản phẩm mobile production: kiến trúc, thiết kế kỹ thuật, estimate, triển khai, tích hợp API/native, tối ưu hiệu năng, phát hành và vận hành sau release.</w:t>
      </w:r>
    </w:p>
    <w:p>
      <w:pPr>
        <w:pStyle w:val="ListBullet"/>
      </w:pPr>
      <w:r>
        <w:rPr>
          <w:rFonts w:ascii="Noto Sans" w:hAnsi="Noto Sans" w:eastAsia="Noto Sans"/>
          <w:sz w:val="18"/>
        </w:rPr>
        <w:t>Phát triển và duy trì Karofi 365 (K365), sản phẩm IoT dành cho người dùng cuối với hơn 50.000 người dùng; tham gia sâu các luồng kết nối thiết bị, trạng thái/điều khiển thiết bị, notification và tích hợp mobile-device.</w:t>
      </w:r>
    </w:p>
    <w:p>
      <w:pPr>
        <w:pStyle w:val="ListBullet"/>
      </w:pPr>
      <w:r>
        <w:rPr>
          <w:rFonts w:ascii="Noto Sans" w:hAnsi="Noto Sans" w:eastAsia="Noto Sans"/>
          <w:sz w:val="18"/>
        </w:rPr>
        <w:t>Xây dựng các module lớn của OxiiWork gồm chat realtime, chấm công BLE Beacon, phê duyệt, đặt phòng họp, đặt xe và các nghiệp vụ vận hành văn phòng.</w:t>
      </w:r>
    </w:p>
    <w:p>
      <w:pPr>
        <w:pStyle w:val="ListBullet"/>
      </w:pPr>
      <w:r>
        <w:rPr>
          <w:rFonts w:ascii="Noto Sans" w:hAnsi="Noto Sans" w:eastAsia="Noto Sans"/>
          <w:sz w:val="18"/>
        </w:rPr>
        <w:t>Triển khai các luồng chat gồm WebSocket realtime, group chat, gửi file/ảnh/video, push notification, pagination/cache, xử lý tin nhắn offline và trạng thái đã đọc.</w:t>
      </w:r>
    </w:p>
    <w:p>
      <w:pPr>
        <w:pStyle w:val="ListBullet"/>
      </w:pPr>
      <w:r>
        <w:rPr>
          <w:rFonts w:ascii="Noto Sans" w:hAnsi="Noto Sans" w:eastAsia="Noto Sans"/>
          <w:sz w:val="18"/>
        </w:rPr>
        <w:t>Thiết kế codebase Flutter có khả năng mở rộng theo Clean Architecture, modular/feature-first, repository pattern và dependency injection; lựa chọn state management theo yêu cầu từng sản phẩm.</w:t>
      </w:r>
    </w:p>
    <w:p>
      <w:pPr>
        <w:pStyle w:val="ListBullet"/>
      </w:pPr>
      <w:r>
        <w:rPr>
          <w:rFonts w:ascii="Noto Sans" w:hAnsi="Noto Sans" w:eastAsia="Noto Sans"/>
          <w:sz w:val="18"/>
        </w:rPr>
        <w:t>Tích hợp native Android/iOS và BLE/Beacon cho các nghiệp vụ phần cứng/chấm công; xử lý các vấn đề khác biệt theo thiết bị và nền tảng.</w:t>
      </w:r>
    </w:p>
    <w:p>
      <w:pPr>
        <w:pStyle w:val="ListBullet"/>
      </w:pPr>
      <w:r>
        <w:rPr>
          <w:rFonts w:ascii="Noto Sans" w:hAnsi="Noto Sans" w:eastAsia="Noto Sans"/>
          <w:sz w:val="18"/>
        </w:rPr>
        <w:t>Tối ưu startup, memory, render danh sách lớn, networking/cache và độ ổn định production; sử dụng Firebase Crashlytics/Analytics để theo dõi và phân tích.</w:t>
      </w:r>
    </w:p>
    <w:p>
      <w:pPr>
        <w:pStyle w:val="ListBullet"/>
      </w:pPr>
      <w:r>
        <w:rPr>
          <w:rFonts w:ascii="Noto Sans" w:hAnsi="Noto Sans" w:eastAsia="Noto Sans"/>
          <w:sz w:val="18"/>
        </w:rPr>
        <w:t>Duy trì CI/CD Android bằng GitHub Actions và iOS bằng Xcode Cloud; làm việc với Firebase và AWS EC2, S3, CloudFront.</w:t>
      </w:r>
    </w:p>
    <w:p>
      <w:pPr>
        <w:pStyle w:val="ListBullet"/>
      </w:pPr>
      <w:r>
        <w:rPr>
          <w:rFonts w:ascii="Noto Sans" w:hAnsi="Noto Sans" w:eastAsia="Noto Sans"/>
          <w:sz w:val="18"/>
        </w:rPr>
        <w:t>Tham gia planning kỹ thuật, code review, mentoring và phối hợp với product/backend/QA trong quá trình phát triển sản phẩm.</w:t>
      </w:r>
    </w:p>
    <w:p>
      <w:r>
        <w:br w:type="page"/>
      </w:r>
    </w:p>
    <w:p>
      <w:pPr>
        <w:spacing w:before="80" w:after="40"/>
      </w:pPr>
      <w:r>
        <w:rPr>
          <w:rFonts w:ascii="Noto Sans" w:hAnsi="Noto Sans" w:eastAsia="Noto Sans"/>
          <w:b/>
          <w:color w:val="1B365D"/>
          <w:sz w:val="20"/>
        </w:rPr>
        <w:t>KINH NGHIỆM BỔ SUNG</w:t>
      </w:r>
    </w:p>
    <w:p>
      <w:pPr>
        <w:spacing w:before="70" w:after="0"/>
      </w:pPr>
      <w:r>
        <w:rPr>
          <w:rFonts w:ascii="Noto Sans" w:hAnsi="Noto Sans" w:eastAsia="Noto Sans"/>
          <w:b/>
          <w:color w:val="365F91"/>
          <w:sz w:val="20"/>
        </w:rPr>
        <w:t>Freelance Mobile Engineer</w:t>
      </w:r>
    </w:p>
    <w:p>
      <w:pPr>
        <w:spacing w:after="24"/>
      </w:pPr>
      <w:r>
        <w:rPr>
          <w:rFonts w:ascii="Noto Sans" w:hAnsi="Noto Sans" w:eastAsia="Noto Sans"/>
          <w:b/>
          <w:color w:val="5F5F5F"/>
          <w:sz w:val="17"/>
        </w:rPr>
        <w:t>Dự án độc lập / Khách hàng | 06/2022 - 01/2023</w:t>
      </w:r>
    </w:p>
    <w:p>
      <w:pPr>
        <w:spacing w:after="30"/>
      </w:pPr>
      <w:r>
        <w:rPr>
          <w:rFonts w:ascii="Noto Sans" w:hAnsi="Noto Sans" w:eastAsia="Noto Sans"/>
          <w:b/>
          <w:color w:val="5F5F5F"/>
          <w:sz w:val="17"/>
        </w:rPr>
        <w:t xml:space="preserve">Sản phẩm đang hoạt động: </w:t>
      </w:r>
      <w:hyperlink r:id="rId13">
        <w:r>
          <w:rPr>
            <w:rFonts w:ascii="Noto Sans" w:hAnsi="Noto Sans" w:eastAsia="Noto Sans"/>
            <w:color w:val="365F91"/>
          </w:rPr>
          <w:t>Ứng dụng Austec Technology</w:t>
        </w:r>
      </w:hyperlink>
    </w:p>
    <w:p>
      <w:pPr>
        <w:pStyle w:val="ListBullet"/>
      </w:pPr>
      <w:r>
        <w:rPr>
          <w:rFonts w:ascii="Noto Sans" w:hAnsi="Noto Sans" w:eastAsia="Noto Sans"/>
          <w:sz w:val="18"/>
        </w:rPr>
        <w:t>Một mình thiết kế và phát triển các ứng dụng giải trí/mạng xã hội cho Thế Anh 28, gồm trải nghiệm video ngắn kiểu TikTok: feed, đăng/phát nội dung, hồ sơ, follow, comment, notification và tương tác xã hội.</w:t>
      </w:r>
    </w:p>
    <w:p>
      <w:pPr>
        <w:pStyle w:val="ListBullet"/>
      </w:pPr>
      <w:r>
        <w:rPr>
          <w:rFonts w:ascii="Noto Sans" w:hAnsi="Noto Sans" w:eastAsia="Noto Sans"/>
          <w:sz w:val="18"/>
        </w:rPr>
        <w:t>Là mobile engineer chính và phụ trách độc lập ứng dụng điều khiển cửa cuốn thông minh cho Tập đoàn Austec, từ kiến trúc, triển khai đến tích hợp IoT/device, phát hành và bảo trì.</w:t>
      </w:r>
    </w:p>
    <w:p>
      <w:pPr>
        <w:pStyle w:val="ListBullet"/>
      </w:pPr>
      <w:r>
        <w:rPr>
          <w:rFonts w:ascii="Noto Sans" w:hAnsi="Noto Sans" w:eastAsia="Noto Sans"/>
          <w:sz w:val="18"/>
        </w:rPr>
        <w:t>Phát triển ứng dụng đặt hàng xuyên biên giới cho công ty nhập khẩu, tích hợp backend API cho các luồng tìm sản phẩm, đặt hàng và nghiệp vụ liên quan đến Taobao/1688.</w:t>
      </w:r>
    </w:p>
    <w:p>
      <w:pPr>
        <w:pStyle w:val="ListBullet"/>
      </w:pPr>
      <w:r>
        <w:rPr>
          <w:rFonts w:ascii="Noto Sans" w:hAnsi="Noto Sans" w:eastAsia="Noto Sans"/>
          <w:sz w:val="18"/>
        </w:rPr>
        <w:t>Tự phụ trách từ làm rõ yêu cầu, kiến trúc, triển khai, tích hợp API, debug đến phát hành và hỗ trợ production cho các sản phẩm freelance.</w:t>
      </w:r>
    </w:p>
    <w:p>
      <w:pPr>
        <w:spacing w:before="70" w:after="0"/>
      </w:pPr>
      <w:r>
        <w:rPr>
          <w:rFonts w:ascii="Noto Sans" w:hAnsi="Noto Sans" w:eastAsia="Noto Sans"/>
          <w:b/>
          <w:color w:val="365F91"/>
          <w:sz w:val="20"/>
        </w:rPr>
        <w:t>Trưởng phòng App &amp; Ứng dụng AI / Mobile Engineering Lead</w:t>
      </w:r>
    </w:p>
    <w:p>
      <w:pPr>
        <w:spacing w:after="24"/>
      </w:pPr>
      <w:r>
        <w:rPr>
          <w:rFonts w:ascii="Noto Sans" w:hAnsi="Noto Sans" w:eastAsia="Noto Sans"/>
          <w:b/>
          <w:color w:val="5F5F5F"/>
          <w:sz w:val="17"/>
        </w:rPr>
        <w:t>Công ty CP Thanh toán Hưng Hà | Hà Nội | 09/2017 - 06/2022</w:t>
      </w:r>
    </w:p>
    <w:p>
      <w:pPr>
        <w:pStyle w:val="ListBullet"/>
      </w:pPr>
      <w:r>
        <w:rPr>
          <w:rFonts w:ascii="Noto Sans" w:hAnsi="Noto Sans" w:eastAsia="Noto Sans"/>
          <w:sz w:val="18"/>
        </w:rPr>
        <w:t>Quản lý bộ phận app/ứng dụng AI với quy mô lên tới 20 người; định hướng kỹ thuật, lập kế hoạch và phân bổ công việc cho nhiều sản phẩm.</w:t>
      </w:r>
    </w:p>
    <w:p>
      <w:pPr>
        <w:pStyle w:val="ListBullet"/>
      </w:pPr>
      <w:r>
        <w:rPr>
          <w:rFonts w:ascii="Noto Sans" w:hAnsi="Noto Sans" w:eastAsia="Noto Sans"/>
          <w:sz w:val="18"/>
        </w:rPr>
        <w:t>Phát triển và vận hành hơn 30 ứng dụng Android/iOS trong logistics, chat realtime, chấm công, HRM, CRM, DMS, tính lương và chuyển đổi số doanh nghiệp.</w:t>
      </w:r>
    </w:p>
    <w:p>
      <w:pPr>
        <w:pStyle w:val="ListBullet"/>
      </w:pPr>
      <w:r>
        <w:rPr>
          <w:rFonts w:ascii="Noto Sans" w:hAnsi="Noto Sans" w:eastAsia="Noto Sans"/>
          <w:sz w:val="18"/>
        </w:rPr>
        <w:t>Làm việc hands-on với Flutter, native Android/iOS, backend và các tính năng AI; tham gia kiến trúc, tích hợp, debug và xử lý production.</w:t>
      </w:r>
    </w:p>
    <w:p>
      <w:pPr>
        <w:pStyle w:val="ListBullet"/>
      </w:pPr>
      <w:r>
        <w:rPr>
          <w:rFonts w:ascii="Noto Sans" w:hAnsi="Noto Sans" w:eastAsia="Noto Sans"/>
          <w:sz w:val="18"/>
        </w:rPr>
        <w:t>Xây dựng tính năng AI gồm nhận diện khuôn mặt và text-to-speech; quản lý hạ tầng Linux với hơn 10 server và tối ưu database/query.</w:t>
      </w:r>
    </w:p>
    <w:p>
      <w:pPr>
        <w:spacing w:before="70" w:after="0"/>
      </w:pPr>
      <w:r>
        <w:rPr>
          <w:rFonts w:ascii="Noto Sans" w:hAnsi="Noto Sans" w:eastAsia="Noto Sans"/>
          <w:b/>
          <w:color w:val="365F91"/>
          <w:sz w:val="20"/>
        </w:rPr>
        <w:t>Thực tập sinh Mobile Developer</w:t>
      </w:r>
    </w:p>
    <w:p>
      <w:pPr>
        <w:spacing w:after="24"/>
      </w:pPr>
      <w:r>
        <w:rPr>
          <w:rFonts w:ascii="Noto Sans" w:hAnsi="Noto Sans" w:eastAsia="Noto Sans"/>
          <w:b/>
          <w:color w:val="5F5F5F"/>
          <w:sz w:val="17"/>
        </w:rPr>
        <w:t>NAL | 02/2017 - 09/2017</w:t>
      </w:r>
    </w:p>
    <w:p>
      <w:pPr>
        <w:pStyle w:val="ListBullet"/>
      </w:pPr>
      <w:r>
        <w:rPr>
          <w:rFonts w:ascii="Noto Sans" w:hAnsi="Noto Sans" w:eastAsia="Noto Sans"/>
          <w:sz w:val="18"/>
        </w:rPr>
        <w:t>Phát triển ứng dụng Android native bằng Java và xây dựng nền tảng mobile engineering thực tế.</w:t>
      </w:r>
    </w:p>
    <w:p>
      <w:pPr>
        <w:spacing w:before="80" w:after="40"/>
      </w:pPr>
      <w:r>
        <w:rPr>
          <w:rFonts w:ascii="Noto Sans" w:hAnsi="Noto Sans" w:eastAsia="Noto Sans"/>
          <w:b/>
          <w:color w:val="1B365D"/>
          <w:sz w:val="20"/>
        </w:rPr>
        <w:t>KỸ NĂNG KỸ THUẬT</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5102"/>
        <w:gridCol w:w="5102"/>
      </w:tblGrid>
      <w:tr>
        <w:tc>
          <w:tcPr>
            <w:tcW w:type="dxa" w:w="5102"/>
            <w:tcMar>
              <w:top w:w="30" w:type="dxa"/>
              <w:start w:w="0" w:type="dxa"/>
              <w:bottom w:w="30" w:type="dxa"/>
              <w:end w:w="120" w:type="dxa"/>
            </w:tcMar>
            <w:vAlign w:val="top"/>
          </w:tcPr>
          <w:p>
            <w:pPr>
              <w:spacing w:after="0"/>
            </w:pPr>
            <w:r>
              <w:rPr>
                <w:rFonts w:ascii="Noto Sans" w:hAnsi="Noto Sans" w:eastAsia="Noto Sans"/>
                <w:b/>
                <w:color w:val="1B365D"/>
                <w:sz w:val="17"/>
              </w:rPr>
              <w:t xml:space="preserve">Mobile: </w:t>
            </w:r>
            <w:r>
              <w:rPr>
                <w:rFonts w:ascii="Noto Sans" w:hAnsi="Noto Sans" w:eastAsia="Noto Sans"/>
                <w:sz w:val="17"/>
              </w:rPr>
              <w:t>Flutter, Dart, Android, iOS, Kotlin/Java, Swift, React Native</w:t>
            </w:r>
          </w:p>
        </w:tc>
        <w:tc>
          <w:tcPr>
            <w:tcW w:type="dxa" w:w="5102"/>
            <w:tcMar>
              <w:top w:w="30" w:type="dxa"/>
              <w:start w:w="0" w:type="dxa"/>
              <w:bottom w:w="30" w:type="dxa"/>
              <w:end w:w="0" w:type="dxa"/>
            </w:tcMar>
            <w:vAlign w:val="top"/>
          </w:tcPr>
          <w:p>
            <w:pPr>
              <w:spacing w:after="0"/>
            </w:pPr>
            <w:r>
              <w:rPr>
                <w:rFonts w:ascii="Noto Sans" w:hAnsi="Noto Sans" w:eastAsia="Noto Sans"/>
                <w:b/>
                <w:color w:val="1B365D"/>
                <w:sz w:val="17"/>
              </w:rPr>
              <w:t xml:space="preserve">Flutter Stack: </w:t>
            </w:r>
            <w:r>
              <w:rPr>
                <w:rFonts w:ascii="Noto Sans" w:hAnsi="Noto Sans" w:eastAsia="Noto Sans"/>
                <w:sz w:val="17"/>
              </w:rPr>
              <w:t>BLoC/Cubit, Riverpod, Provider, GetIt, go_router, Dio, Freezed, Isar, Hive, SQLite</w:t>
            </w:r>
          </w:p>
        </w:tc>
      </w:tr>
      <w:tr>
        <w:tc>
          <w:tcPr>
            <w:tcW w:type="dxa" w:w="5102"/>
            <w:tcMar>
              <w:top w:w="30" w:type="dxa"/>
              <w:start w:w="0" w:type="dxa"/>
              <w:bottom w:w="30" w:type="dxa"/>
              <w:end w:w="120" w:type="dxa"/>
            </w:tcMar>
            <w:vAlign w:val="top"/>
          </w:tcPr>
          <w:p>
            <w:pPr>
              <w:spacing w:after="0"/>
            </w:pPr>
            <w:r>
              <w:rPr>
                <w:rFonts w:ascii="Noto Sans" w:hAnsi="Noto Sans" w:eastAsia="Noto Sans"/>
                <w:b/>
                <w:color w:val="1B365D"/>
                <w:sz w:val="17"/>
              </w:rPr>
              <w:t xml:space="preserve">Realtime / IoT: </w:t>
            </w:r>
            <w:r>
              <w:rPr>
                <w:rFonts w:ascii="Noto Sans" w:hAnsi="Noto Sans" w:eastAsia="Noto Sans"/>
                <w:sz w:val="17"/>
              </w:rPr>
              <w:t>WebSocket, BLE, Beacon, tích hợp thiết bị, push notification, offline/cache</w:t>
            </w:r>
          </w:p>
        </w:tc>
        <w:tc>
          <w:tcPr>
            <w:tcW w:type="dxa" w:w="5102"/>
            <w:tcMar>
              <w:top w:w="30" w:type="dxa"/>
              <w:start w:w="0" w:type="dxa"/>
              <w:bottom w:w="30" w:type="dxa"/>
              <w:end w:w="0" w:type="dxa"/>
            </w:tcMar>
            <w:vAlign w:val="top"/>
          </w:tcPr>
          <w:p>
            <w:pPr>
              <w:spacing w:after="0"/>
            </w:pPr>
            <w:r>
              <w:rPr>
                <w:rFonts w:ascii="Noto Sans" w:hAnsi="Noto Sans" w:eastAsia="Noto Sans"/>
                <w:b/>
                <w:color w:val="1B365D"/>
                <w:sz w:val="17"/>
              </w:rPr>
              <w:t xml:space="preserve">Backend / Cloud: </w:t>
            </w:r>
            <w:r>
              <w:rPr>
                <w:rFonts w:ascii="Noto Sans" w:hAnsi="Noto Sans" w:eastAsia="Noto Sans"/>
                <w:sz w:val="17"/>
              </w:rPr>
              <w:t>Node.js, Python, PHP, REST API, Firebase, Linux, AWS EC2/S3/CloudFront</w:t>
            </w:r>
          </w:p>
        </w:tc>
      </w:tr>
      <w:tr>
        <w:tc>
          <w:tcPr>
            <w:tcW w:type="dxa" w:w="5102"/>
            <w:tcMar>
              <w:top w:w="30" w:type="dxa"/>
              <w:start w:w="0" w:type="dxa"/>
              <w:bottom w:w="30" w:type="dxa"/>
              <w:end w:w="120" w:type="dxa"/>
            </w:tcMar>
            <w:vAlign w:val="top"/>
          </w:tcPr>
          <w:p>
            <w:pPr>
              <w:spacing w:after="0"/>
            </w:pPr>
            <w:r>
              <w:rPr>
                <w:rFonts w:ascii="Noto Sans" w:hAnsi="Noto Sans" w:eastAsia="Noto Sans"/>
                <w:b/>
                <w:color w:val="1B365D"/>
                <w:sz w:val="17"/>
              </w:rPr>
              <w:t xml:space="preserve">AI-assisted Engineering: </w:t>
            </w:r>
            <w:r>
              <w:rPr>
                <w:rFonts w:ascii="Noto Sans" w:hAnsi="Noto Sans" w:eastAsia="Noto Sans"/>
                <w:sz w:val="17"/>
              </w:rPr>
              <w:t>Claude Code, OpenAI Codex, Cursor, Antigravity; code generation, debug, refactor, khám phá codebase</w:t>
            </w:r>
          </w:p>
        </w:tc>
        <w:tc>
          <w:tcPr>
            <w:tcW w:type="dxa" w:w="5102"/>
            <w:tcMar>
              <w:top w:w="30" w:type="dxa"/>
              <w:start w:w="0" w:type="dxa"/>
              <w:bottom w:w="30" w:type="dxa"/>
              <w:end w:w="0" w:type="dxa"/>
            </w:tcMar>
            <w:vAlign w:val="top"/>
          </w:tcPr>
          <w:p>
            <w:pPr>
              <w:spacing w:after="0"/>
            </w:pPr>
            <w:r>
              <w:rPr>
                <w:rFonts w:ascii="Noto Sans" w:hAnsi="Noto Sans" w:eastAsia="Noto Sans"/>
                <w:b/>
                <w:color w:val="1B365D"/>
                <w:sz w:val="17"/>
              </w:rPr>
              <w:t xml:space="preserve">Leadership: </w:t>
            </w:r>
            <w:r>
              <w:rPr>
                <w:rFonts w:ascii="Noto Sans" w:hAnsi="Noto Sans" w:eastAsia="Noto Sans"/>
                <w:sz w:val="17"/>
              </w:rPr>
              <w:t>quyết định kiến trúc, estimate, chia task, code review, mentoring, phối hợp product/cross-functional</w:t>
            </w:r>
          </w:p>
        </w:tc>
      </w:tr>
    </w:tbl>
    <w:p>
      <w:pPr>
        <w:spacing w:before="80" w:after="40"/>
      </w:pPr>
      <w:r>
        <w:rPr>
          <w:rFonts w:ascii="Noto Sans" w:hAnsi="Noto Sans" w:eastAsia="Noto Sans"/>
          <w:b/>
          <w:color w:val="1B365D"/>
          <w:sz w:val="20"/>
        </w:rPr>
        <w:t>HỌC VẤN &amp; NGOẠI NGỮ</w:t>
      </w:r>
    </w:p>
    <w:p>
      <w:pPr>
        <w:spacing w:after="40"/>
      </w:pPr>
      <w:r>
        <w:rPr>
          <w:rFonts w:ascii="Noto Sans" w:hAnsi="Noto Sans" w:eastAsia="Noto Sans"/>
          <w:i w:val="0"/>
          <w:sz w:val="18"/>
        </w:rPr>
        <w:t>Cử nhân Công nghệ Thông tin - Đại học Thủy Lợi | 09/2013 - 02/2018</w:t>
      </w:r>
    </w:p>
    <w:p>
      <w:pPr>
        <w:spacing w:after="40"/>
      </w:pPr>
      <w:r>
        <w:rPr>
          <w:rFonts w:ascii="Noto Sans" w:hAnsi="Noto Sans" w:eastAsia="Noto Sans"/>
          <w:i w:val="0"/>
          <w:sz w:val="18"/>
        </w:rPr>
        <w:t>Ngoại ngữ: Tiếng Việt (Bản ngữ), Tiếng Anh (Trung cấp)</w:t>
      </w:r>
    </w:p>
    <w:p>
      <w:pPr>
        <w:spacing w:after="40"/>
      </w:pPr>
      <w:r>
        <w:rPr>
          <w:rFonts w:ascii="Noto Sans" w:hAnsi="Noto Sans" w:eastAsia="Noto Sans"/>
          <w:i w:val="0"/>
          <w:sz w:val="18"/>
        </w:rPr>
        <w:t>Đào tạo tiêu biểu: Machine Learning - VietAI (2019)</w:t>
      </w:r>
    </w:p>
    <w:p>
      <w:pPr>
        <w:spacing w:before="60"/>
        <w:jc w:val="center"/>
      </w:pPr>
      <w:r>
        <w:rPr>
          <w:rFonts w:ascii="Noto Sans" w:hAnsi="Noto Sans" w:eastAsia="Noto Sans"/>
          <w:color w:val="5F5F5F"/>
          <w:sz w:val="15"/>
        </w:rPr>
        <w:t>Định hướng ứng tuyển: Senior Flutter Engineer / Senior Mobile Engineer</w:t>
      </w:r>
    </w:p>
    <w:sectPr w:rsidR="00FC693F" w:rsidRPr="0006063C" w:rsidSect="00034616">
      <w:pgSz w:w="11906" w:h="16838"/>
      <w:pgMar w:top="680" w:right="822" w:bottom="680"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24" w:line="245" w:lineRule="auto"/>
    </w:pPr>
    <w:rPr>
      <w:rFonts w:ascii="Noto Sans" w:hAnsi="Noto Sans" w:eastAsia="Noto Sans"/>
      <w:color w:val="24242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24" w:line="240" w:lineRule="auto"/>
      <w:ind w:left="215" w:hanging="125"/>
      <w:contextualSpacing/>
    </w:pPr>
    <w:rPr>
      <w:rFonts w:ascii="Noto Sans" w:hAnsi="Noto Sans" w:eastAsia="Noto Sans"/>
      <w:color w:val="242424"/>
      <w:sz w:val="18"/>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lay.google.com/store/apps/details?id=com.karofi.k365.iotp.mobile" TargetMode="External"/><Relationship Id="rId10" Type="http://schemas.openxmlformats.org/officeDocument/2006/relationships/hyperlink" Target="https://play.google.com/store/apps/details?id=com.oxii.office.mobile" TargetMode="External"/><Relationship Id="rId11" Type="http://schemas.openxmlformats.org/officeDocument/2006/relationships/hyperlink" Target="https://play.google.com/store/apps/developer?id=OXII+SMART+TECHNOLOGY+JOINT+STOCK+COMPANY" TargetMode="External"/><Relationship Id="rId12" Type="http://schemas.openxmlformats.org/officeDocument/2006/relationships/hyperlink" Target="https://play.google.com/store/apps/developer?id=KAROFI" TargetMode="External"/><Relationship Id="rId13" Type="http://schemas.openxmlformats.org/officeDocument/2006/relationships/hyperlink" Target="https://play.google.com/store/apps/details?id=com.austec.smart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