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Noto Sans" w:hAnsi="Noto Sans" w:eastAsia="Noto Sans"/>
          <w:b/>
          <w:color w:val="1B365D"/>
          <w:sz w:val="40"/>
        </w:rPr>
        <w:t>BÙI HỮU ĐOÀN</w:t>
      </w:r>
    </w:p>
    <w:p>
      <w:pPr>
        <w:spacing w:after="40"/>
        <w:jc w:val="center"/>
      </w:pPr>
      <w:r>
        <w:rPr>
          <w:rFonts w:ascii="Noto Sans" w:hAnsi="Noto Sans" w:eastAsia="Noto Sans"/>
          <w:b/>
          <w:color w:val="365F91"/>
          <w:sz w:val="21"/>
        </w:rPr>
        <w:t>Mobile Tech Lead | Flutter Lead | Senior Mobile Engineer</w:t>
      </w:r>
    </w:p>
    <w:p>
      <w:pPr>
        <w:spacing w:after="80"/>
        <w:jc w:val="center"/>
        <w:pBdr>
          <w:bottom w:val="single" w:sz="6" w:space="1" w:color="DCE4EF"/>
        </w:pBdr>
      </w:pPr>
      <w:r>
        <w:rPr>
          <w:rFonts w:ascii="Noto Sans" w:hAnsi="Noto Sans" w:eastAsia="Noto Sans"/>
          <w:color w:val="5F5F5F"/>
          <w:sz w:val="17"/>
        </w:rPr>
        <w:t>Hanoi, Vietnam  |  +84 989 006 188  |  doanbh28@gmail.com</w:t>
      </w:r>
    </w:p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LEADERSHIP PROFILE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Hands-on Mobile Tech Lead / Senior Mobile Engineer with 9+ years of software engineering experience, combining deep Flutter implementation with architecture, technical planning, code review, mentoring and production ownership. Previously led an application/AI engineering department of up to 20 people and delivered 30+ mobile applications; currently owns major product development across the OXII/Karofi ecosystem, including IoT and enterprise workplace platforms.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Strong fit for lead roles that require an engineer who can stay close to the code while driving technical direction, breaking down complex work, coordinating with product/backend/QA, improving maintainability and supporting releases. Experienced with real-time chat, BLE/Beacon, IoT/device integration, native Android/iOS, CI/CD, Firebase and working-level AWS. Uses modern AI-assisted engineering tools to increase delivery speed without delegating architectural or review responsibility to the tools.</w:t>
      </w:r>
    </w:p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LEADERSHIP &amp; ENGINEERING SCOPE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02"/>
        <w:gridCol w:w="5102"/>
      </w:tblGrid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Technical Leadership: </w:t>
            </w:r>
            <w:r>
              <w:rPr>
                <w:rFonts w:ascii="Noto Sans" w:hAnsi="Noto Sans" w:eastAsia="Noto Sans"/>
                <w:sz w:val="17"/>
              </w:rPr>
              <w:t>architecture decisions, technical planning, estimation, task breakdown, code review, mentoring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Product Ownership: </w:t>
            </w:r>
            <w:r>
              <w:rPr>
                <w:rFonts w:ascii="Noto Sans" w:hAnsi="Noto Sans" w:eastAsia="Noto Sans"/>
                <w:sz w:val="17"/>
              </w:rPr>
              <w:t>end-to-end delivery, cross-functional collaboration, release ownership, production troubleshooting</w:t>
            </w:r>
          </w:p>
        </w:tc>
      </w:tr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Flutter Engineering: </w:t>
            </w:r>
            <w:r>
              <w:rPr>
                <w:rFonts w:ascii="Noto Sans" w:hAnsi="Noto Sans" w:eastAsia="Noto Sans"/>
                <w:sz w:val="17"/>
              </w:rPr>
              <w:t>Dart, Clean Architecture, modular/feature-first, BLoC/Cubit, Riverpod, Provider, DI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Mobile Systems: </w:t>
            </w:r>
            <w:r>
              <w:rPr>
                <w:rFonts w:ascii="Noto Sans" w:hAnsi="Noto Sans" w:eastAsia="Noto Sans"/>
                <w:sz w:val="17"/>
              </w:rPr>
              <w:t>Android/iOS native integration, WebSocket, BLE/Beacon, offline/cache, push, background/device features</w:t>
            </w:r>
          </w:p>
        </w:tc>
      </w:tr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Delivery &amp; Reliability: </w:t>
            </w:r>
            <w:r>
              <w:rPr>
                <w:rFonts w:ascii="Noto Sans" w:hAnsi="Noto Sans" w:eastAsia="Noto Sans"/>
                <w:sz w:val="17"/>
              </w:rPr>
              <w:t>performance optimization, Crashlytics/Analytics, GitHub Actions, Xcode Cloud, Firebase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Cloud / Backend: </w:t>
            </w:r>
            <w:r>
              <w:rPr>
                <w:rFonts w:ascii="Noto Sans" w:hAnsi="Noto Sans" w:eastAsia="Noto Sans"/>
                <w:sz w:val="17"/>
              </w:rPr>
              <w:t>AWS EC2/S3/CloudFront (working knowledge), Linux, REST APIs, Node.js, Python, PHP</w:t>
            </w:r>
          </w:p>
        </w:tc>
      </w:tr>
    </w:tbl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PROFESSIONAL EXPERIENCE</w:t>
      </w:r>
    </w:p>
    <w:p>
      <w:pPr>
        <w:spacing w:before="70" w:after="0"/>
      </w:pPr>
      <w:r>
        <w:rPr>
          <w:rFonts w:ascii="Noto Sans" w:hAnsi="Noto Sans" w:eastAsia="Noto Sans"/>
          <w:b/>
          <w:color w:val="365F91"/>
          <w:sz w:val="20"/>
        </w:rPr>
        <w:t>Senior Flutter / Mobile Engineer - Technical Ownership</w:t>
      </w:r>
    </w:p>
    <w:p>
      <w:pPr>
        <w:spacing w:after="24"/>
      </w:pPr>
      <w:r>
        <w:rPr>
          <w:rFonts w:ascii="Noto Sans" w:hAnsi="Noto Sans" w:eastAsia="Noto Sans"/>
          <w:b/>
          <w:color w:val="5F5F5F"/>
          <w:sz w:val="17"/>
        </w:rPr>
        <w:t>OXII Smart Technology JSC | Hanoi, Vietnam | 01/2023 - Present</w:t>
      </w:r>
    </w:p>
    <w:p>
      <w:pPr>
        <w:spacing w:after="30"/>
      </w:pPr>
      <w:r>
        <w:rPr>
          <w:rFonts w:ascii="Noto Sans" w:hAnsi="Noto Sans" w:eastAsia="Noto Sans"/>
          <w:b/>
          <w:color w:val="5F5F5F"/>
          <w:sz w:val="17"/>
        </w:rPr>
        <w:t xml:space="preserve">Selected products: </w:t>
      </w:r>
      <w:hyperlink r:id="rId9">
        <w:r>
          <w:rPr>
            <w:rFonts w:ascii="Noto Sans" w:hAnsi="Noto Sans" w:eastAsia="Noto Sans"/>
            <w:color w:val="365F91"/>
          </w:rPr>
          <w:t>Karofi 365 (K365)</w:t>
        </w:r>
      </w:hyperlink>
      <w:r>
        <w:t xml:space="preserve">  |  </w:t>
      </w:r>
      <w:hyperlink r:id="rId10">
        <w:r>
          <w:rPr>
            <w:rFonts w:ascii="Noto Sans" w:hAnsi="Noto Sans" w:eastAsia="Noto Sans"/>
            <w:color w:val="365F91"/>
          </w:rPr>
          <w:t>Oxii Work</w:t>
        </w:r>
      </w:hyperlink>
      <w:r>
        <w:t xml:space="preserve">  |  </w:t>
      </w:r>
      <w:hyperlink r:id="rId11">
        <w:r>
          <w:rPr>
            <w:rFonts w:ascii="Noto Sans" w:hAnsi="Noto Sans" w:eastAsia="Noto Sans"/>
            <w:color w:val="365F91"/>
          </w:rPr>
          <w:t>OXII portfolio</w:t>
        </w:r>
      </w:hyperlink>
      <w:r>
        <w:t xml:space="preserve">  |  </w:t>
      </w:r>
      <w:hyperlink r:id="rId12">
        <w:r>
          <w:rPr>
            <w:rFonts w:ascii="Noto Sans" w:hAnsi="Noto Sans" w:eastAsia="Noto Sans"/>
            <w:color w:val="365F91"/>
          </w:rPr>
          <w:t>KAROFI portfolio</w:t>
        </w:r>
      </w:hyperlink>
    </w:p>
    <w:p>
      <w:pPr>
        <w:pStyle w:val="ListBullet"/>
      </w:pPr>
      <w:r>
        <w:rPr>
          <w:rFonts w:ascii="Noto Sans" w:hAnsi="Noto Sans" w:eastAsia="Noto Sans"/>
          <w:sz w:val="18"/>
        </w:rPr>
        <w:t>Own technical execution across multiple production mobile products, from architecture and work breakdown through implementation, code review, mentoring, integration, release and production support.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Drive architecture for scalable Flutter codebases using Clean Architecture, modular/feature-first organization, repository patterns and dependency injection; choose state-management approaches based on team/product constraints.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Develop and maintain Karofi 365 (K365), an IoT consumer product with a 50,000+ user base, and solve mobile/device integration, connected-product and production-stability challenges.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Lead implementation of major OxiiWork capabilities including real-time chat, BLE Beacon attendance, approval workflows, meeting-room/vehicle booking and enterprise operations.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Design and troubleshoot real-time communication, offline/cache behavior, push notifications and native Android/iOS integrations across complex product flows.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Review technical approaches and code, mentor team members, estimate work and coordinate delivery with product, backend and QA stakeholders.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Improve mobile performance and operational reliability across startup, memory, rendering, networking and caching; use Crashlytics/Analytics for production diagnostics.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Own delivery automation with GitHub Actions for Android and Xcode Cloud for iOS; work with Firebase and AWS EC2/S3/CloudFront as needed.</w:t>
      </w:r>
    </w:p>
    <w:p>
      <w:r>
        <w:br w:type="page"/>
      </w:r>
    </w:p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LEADERSHIP &amp; DELIVERY TRACK RECORD</w:t>
      </w:r>
    </w:p>
    <w:p>
      <w:pPr>
        <w:spacing w:before="70" w:after="0"/>
      </w:pPr>
      <w:r>
        <w:rPr>
          <w:rFonts w:ascii="Noto Sans" w:hAnsi="Noto Sans" w:eastAsia="Noto Sans"/>
          <w:b/>
          <w:color w:val="365F91"/>
          <w:sz w:val="20"/>
        </w:rPr>
        <w:t>Freelance Mobile Engineer / Independent Product Owner</w:t>
      </w:r>
    </w:p>
    <w:p>
      <w:pPr>
        <w:spacing w:after="24"/>
      </w:pPr>
      <w:r>
        <w:rPr>
          <w:rFonts w:ascii="Noto Sans" w:hAnsi="Noto Sans" w:eastAsia="Noto Sans"/>
          <w:b/>
          <w:color w:val="5F5F5F"/>
          <w:sz w:val="17"/>
        </w:rPr>
        <w:t>Client Projects | 06/2022 - 01/2023</w:t>
      </w:r>
    </w:p>
    <w:p>
      <w:pPr>
        <w:spacing w:after="30"/>
      </w:pPr>
      <w:r>
        <w:rPr>
          <w:rFonts w:ascii="Noto Sans" w:hAnsi="Noto Sans" w:eastAsia="Noto Sans"/>
          <w:b/>
          <w:color w:val="5F5F5F"/>
          <w:sz w:val="17"/>
        </w:rPr>
        <w:t xml:space="preserve">Selected live product: </w:t>
      </w:r>
      <w:hyperlink r:id="rId13">
        <w:r>
          <w:rPr>
            <w:rFonts w:ascii="Noto Sans" w:hAnsi="Noto Sans" w:eastAsia="Noto Sans"/>
            <w:color w:val="365F91"/>
          </w:rPr>
          <w:t>Austec Technology app</w:t>
        </w:r>
      </w:hyperlink>
    </w:p>
    <w:p>
      <w:pPr>
        <w:pStyle w:val="ListBullet"/>
      </w:pPr>
      <w:r>
        <w:rPr>
          <w:rFonts w:ascii="Noto Sans" w:hAnsi="Noto Sans" w:eastAsia="Noto Sans"/>
          <w:sz w:val="18"/>
        </w:rPr>
        <w:t>Owned complete mobile delivery for multiple client products independently, including requirements clarification, architecture, implementation, API/device integration, debugging, release and production maintenance.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Built entertainment and social-networking apps for Thế Anh 28, including TikTok-style short-video experiences and core social interactions.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Acted as the sole mobile engineer for Austec Group's main smart rolling-door control app, delivering the mobile product and connected-device integration.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Built a Taobao/1688 cross-border ordering application for an import business through backend API integration.</w:t>
      </w:r>
    </w:p>
    <w:p>
      <w:pPr>
        <w:spacing w:before="70" w:after="0"/>
      </w:pPr>
      <w:r>
        <w:rPr>
          <w:rFonts w:ascii="Noto Sans" w:hAnsi="Noto Sans" w:eastAsia="Noto Sans"/>
          <w:b/>
          <w:color w:val="365F91"/>
          <w:sz w:val="20"/>
        </w:rPr>
        <w:t>Head of Mobile Apps &amp; AI / Mobile Engineering Lead</w:t>
      </w:r>
    </w:p>
    <w:p>
      <w:pPr>
        <w:spacing w:after="24"/>
      </w:pPr>
      <w:r>
        <w:rPr>
          <w:rFonts w:ascii="Noto Sans" w:hAnsi="Noto Sans" w:eastAsia="Noto Sans"/>
          <w:b/>
          <w:color w:val="5F5F5F"/>
          <w:sz w:val="17"/>
        </w:rPr>
        <w:t>Hung Ha Payment JSC | Hanoi, Vietnam | 09/2017 - 06/2022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Led an application/AI engineering department of up to 20 people, setting technical direction, planning projects, breaking down work and allocating engineering tasks.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Delivered and maintained 30+ Android/iOS applications across logistics, chat, attendance, HRM, CRM, DMS, payroll and broader enterprise digitization.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Stayed hands-on across mobile, backend and AI implementation while supporting architecture, technical troubleshooting and production operations.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Managed 10+ Linux servers and supported database/query optimization; built AI capabilities including facial recognition and text-to-speech.</w:t>
      </w:r>
    </w:p>
    <w:p>
      <w:pPr>
        <w:spacing w:before="70" w:after="0"/>
      </w:pPr>
      <w:r>
        <w:rPr>
          <w:rFonts w:ascii="Noto Sans" w:hAnsi="Noto Sans" w:eastAsia="Noto Sans"/>
          <w:b/>
          <w:color w:val="365F91"/>
          <w:sz w:val="20"/>
        </w:rPr>
        <w:t>Mobile Developer Intern</w:t>
      </w:r>
    </w:p>
    <w:p>
      <w:pPr>
        <w:spacing w:after="24"/>
      </w:pPr>
      <w:r>
        <w:rPr>
          <w:rFonts w:ascii="Noto Sans" w:hAnsi="Noto Sans" w:eastAsia="Noto Sans"/>
          <w:b/>
          <w:color w:val="5F5F5F"/>
          <w:sz w:val="17"/>
        </w:rPr>
        <w:t>NAL | 02/2017 - 09/2017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Developed native Android applications in Java and built foundational mobile engineering experience.</w:t>
      </w:r>
    </w:p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TECHNICAL TOOLKIT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02"/>
        <w:gridCol w:w="5102"/>
      </w:tblGrid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Flutter / Mobile: </w:t>
            </w:r>
            <w:r>
              <w:rPr>
                <w:rFonts w:ascii="Noto Sans" w:hAnsi="Noto Sans" w:eastAsia="Noto Sans"/>
                <w:sz w:val="17"/>
              </w:rPr>
              <w:t>Flutter, Dart, Android, iOS, Kotlin/Java, Swift, React Native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Architecture: </w:t>
            </w:r>
            <w:r>
              <w:rPr>
                <w:rFonts w:ascii="Noto Sans" w:hAnsi="Noto Sans" w:eastAsia="Noto Sans"/>
                <w:sz w:val="17"/>
              </w:rPr>
              <w:t>Clean Architecture, modular/feature-first, Repository Pattern, DI, design patterns</w:t>
            </w:r>
          </w:p>
        </w:tc>
      </w:tr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Realtime / IoT: </w:t>
            </w:r>
            <w:r>
              <w:rPr>
                <w:rFonts w:ascii="Noto Sans" w:hAnsi="Noto Sans" w:eastAsia="Noto Sans"/>
                <w:sz w:val="17"/>
              </w:rPr>
              <w:t>WebSocket, BLE/Beacon, push, offline/cache, device/native integration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DevOps / Cloud: </w:t>
            </w:r>
            <w:r>
              <w:rPr>
                <w:rFonts w:ascii="Noto Sans" w:hAnsi="Noto Sans" w:eastAsia="Noto Sans"/>
                <w:sz w:val="17"/>
              </w:rPr>
              <w:t>GitHub Actions, Xcode Cloud, Firebase, Linux, AWS EC2/S3/CloudFront</w:t>
            </w:r>
          </w:p>
        </w:tc>
      </w:tr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AI-assisted Engineering: </w:t>
            </w:r>
            <w:r>
              <w:rPr>
                <w:rFonts w:ascii="Noto Sans" w:hAnsi="Noto Sans" w:eastAsia="Noto Sans"/>
                <w:sz w:val="17"/>
              </w:rPr>
              <w:t>Claude Code, OpenAI Codex, Cursor, Antigravity; implementation acceleration, debugging, refactoring, review-assisted workflows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Management: </w:t>
            </w:r>
            <w:r>
              <w:rPr>
                <w:rFonts w:ascii="Noto Sans" w:hAnsi="Noto Sans" w:eastAsia="Noto Sans"/>
                <w:sz w:val="17"/>
              </w:rPr>
              <w:t>technical direction, planning, estimation, task allocation, code review, mentoring, stakeholder coordination</w:t>
            </w:r>
          </w:p>
        </w:tc>
      </w:tr>
    </w:tbl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EDUCATION &amp; LANGUAGES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B.Sc. in Information Technology - Thuy Loi University | 09/2013 - 02/2018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Languages: Vietnamese (Native), English (Intermediate)</w:t>
      </w:r>
    </w:p>
    <w:p>
      <w:pPr>
        <w:spacing w:before="60"/>
        <w:jc w:val="center"/>
      </w:pPr>
      <w:r>
        <w:rPr>
          <w:rFonts w:ascii="Noto Sans" w:hAnsi="Noto Sans" w:eastAsia="Noto Sans"/>
          <w:color w:val="5F5F5F"/>
          <w:sz w:val="15"/>
        </w:rPr>
        <w:t>Target profile: Mobile Tech Lead / Flutter Lead / Hands-on Engineering Lead</w:t>
      </w:r>
    </w:p>
    <w:sectPr w:rsidR="00FC693F" w:rsidRPr="0006063C" w:rsidSect="00034616">
      <w:pgSz w:w="11906" w:h="16838"/>
      <w:pgMar w:top="680" w:right="822" w:bottom="680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4" w:line="245" w:lineRule="auto"/>
    </w:pPr>
    <w:rPr>
      <w:rFonts w:ascii="Noto Sans" w:hAnsi="Noto Sans" w:eastAsia="Noto Sans"/>
      <w:color w:val="2424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24" w:line="240" w:lineRule="auto"/>
      <w:ind w:left="215" w:hanging="125"/>
      <w:contextualSpacing/>
    </w:pPr>
    <w:rPr>
      <w:rFonts w:ascii="Noto Sans" w:hAnsi="Noto Sans" w:eastAsia="Noto Sans"/>
      <w:color w:val="242424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lay.google.com/store/apps/details?id=com.karofi.k365.iotp.mobile" TargetMode="External"/><Relationship Id="rId10" Type="http://schemas.openxmlformats.org/officeDocument/2006/relationships/hyperlink" Target="https://play.google.com/store/apps/details?id=com.oxii.office.mobile" TargetMode="External"/><Relationship Id="rId11" Type="http://schemas.openxmlformats.org/officeDocument/2006/relationships/hyperlink" Target="https://play.google.com/store/apps/developer?id=OXII+SMART+TECHNOLOGY+JOINT+STOCK+COMPANY" TargetMode="External"/><Relationship Id="rId12" Type="http://schemas.openxmlformats.org/officeDocument/2006/relationships/hyperlink" Target="https://play.google.com/store/apps/developer?id=KAROFI" TargetMode="External"/><Relationship Id="rId13" Type="http://schemas.openxmlformats.org/officeDocument/2006/relationships/hyperlink" Target="https://play.google.com/store/apps/details?id=com.austec.smart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